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ابن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الشيخ الاكبر أبي بكر 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إبن 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