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ابي القاسم الشابي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أبو القاسم الشابي/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الكتب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9782745108067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ديوان/ أبي القاسم الشابي/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