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رحلة ابن خلدون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ارتياد الأفاق(N°:None)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80028977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إبن خلدون/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