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وصناعة المعجم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القاسمي/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الدلالة/ الصناعة المعجمية/ المعجم الثنائي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