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محي الدين محسب/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