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النقد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نصرت عبد الرحمن/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جهينة/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