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إيقاع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لوى الهاش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019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