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النقد الأدبي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هاشم ياغي/ أد إبراهيم السعافين/ أد صلاح جرار/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