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رجب البي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20063113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