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الرمز والقناع في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علي كندي/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9789959291516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القناع/ الصورة/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