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والقوافي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سميح أبو مغلي/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دار المستقبل/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9789957452698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بحور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