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الزمان والمكان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باديس فوغالي/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