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الامراء الامويون الشعراء في الاندلس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إبراهيم بيضون/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الشعراء/ الأندلس/ الأمراء/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