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عودة الله منيع القيسي/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