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القول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يمنى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الفارابي/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9789953713304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الحداثة/ الشعرية/ القناع/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