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عاطف علبي/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 الإسلامية/ الحضارة الأوروبية/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