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الأخر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العظيم رهيف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