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المقالة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شرف/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المصرية/ 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المقالة/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