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الأنا في شعر الأعشى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الواد/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الأنا/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