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علوم 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أمين أبو 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البركة/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9799957414671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الأسلوب الأدبي/ البلاغة/ الإعجاز البلاغي/ البيان/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