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الإعراب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ظاهر شوكت البياتي/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أدوات الإعراب/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