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العصر العباسي الاول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امين أبو الليل/ د محمد ربيع/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مؤسسة الوراق/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الشعر العربي/ العصر العباسي الأول/ تاريخ/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