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دلالات أصوات اللين في 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كوليزار كاكل عزيز/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دجلة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9789957710477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اللسانيات/ البلاغة/ قواعد اللغة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