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سيمولوجية الشخصيات السردية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سعيد بنكراد/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80048077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الأردن/ العصر الحديث/ القصص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