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الحب في الشعر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جان نعوم طنوس/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المنهل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 الحديث/ صورة الحب/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