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وسيكولوجية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السيكولوجية/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