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المغامرة الجمالية للنص الشعري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جدارا للكتاب العالمي/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9789957700362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