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النظرية والنقد الثقافي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محسن جاسم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الثقافي/ النظرية/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