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الحديث والأدب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رامي فواز أحمد المحمودي/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9789957323639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الأدب المقارن/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