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الغرب في الأدب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جان نعوم طنوس/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المنهل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الحديث/ صورة الغرب/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