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التناص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النقد العربي/ التناص/ النقد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