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في الأدب المقارن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نجم عبد الله كاظم/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القصة القصيرة/ الأدب الغربي/ الرواية/ دراسة مقارنة/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