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قواعد الكتابة والترقيم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سميح أبو مغلي/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الكتابة/ علامات الترقيم/ أسلوب الكتابة/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