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الصوتيات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اسحاق العناني/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وجداول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