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و أليات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آليات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