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أمراء الشعر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خليل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9789957380953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الشعر العربي/ العصر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