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والإفلاس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السيد الفقي/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التجارية/ الافلاس/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