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تامر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استراتيجية السوق/ البيئة التسويقية/ التسعير/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