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عثمان محمد غنيم/ د ماجدة أحمد أبو زنط/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9789957242664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المستديمة/ تخطيط/ قياس/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