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9789957116958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الاداري الاقتصاد/ التخلف/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