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الوادي/ د كاظم جاسم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