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عثمان أبو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النظام الاقتصادي/ اتفاقية الجات/ العالم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