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الربح والخسارة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عبد الفضيل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الربح/ المصارف الاسلامية/ الخسارة/ الفقه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