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المعونات والمنح الدولية وأثرها على التنمية الشاملة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المعونات/ المنح الدولية/ التنمية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