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الطاقة والتنمية في الدول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أد علي لطفي/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المنظمة العربية للتنمية الإدارية/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318ص.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9775673747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التنمية/ الوطن العربي/ البترول/ التعاون الاقتصادي/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