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 الجزئية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إيمان عطية ناصف/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9773283135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السوق/ المستهلك/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