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بول هالوود/ رونالد ماكدونالد/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9960245799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صندوق النقد الدولى/ الديون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