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عبر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 د عامر محموج الكسواني/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الحاسوب/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