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اهتزازات في أسس العولمة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OPU4730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