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تقنيات مراقبة التسيير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 ناصر دادي عدون/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المحمدية العامة/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176ص.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330189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مراقبة التسيير/ التسيير/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